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F672F" w14:textId="77777777" w:rsidR="005D216D" w:rsidRDefault="00000000" w:rsidP="0092638D">
      <w:pPr>
        <w:pStyle w:val="Ttulo1"/>
        <w:jc w:val="center"/>
      </w:pPr>
      <w:r>
        <w:t>FORMATO INSTITUCIONAL</w:t>
      </w:r>
      <w:r>
        <w:br/>
        <w:t>INFORME DE VISITA TÉCNICA A EMPRESAS</w:t>
      </w:r>
      <w:r>
        <w:br/>
        <w:t>(Prácticas Preprofesionales, Pasantías y Formación Dual)</w:t>
      </w:r>
    </w:p>
    <w:p w14:paraId="52163F47" w14:textId="77777777" w:rsidR="005D216D" w:rsidRDefault="00000000">
      <w:pPr>
        <w:pStyle w:val="Ttulo2"/>
      </w:pPr>
      <w:r>
        <w:t>1. Datos generales de la visita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5D216D" w14:paraId="58BC0E28" w14:textId="77777777" w:rsidTr="0092638D">
        <w:tc>
          <w:tcPr>
            <w:tcW w:w="4320" w:type="dxa"/>
            <w:vAlign w:val="center"/>
          </w:tcPr>
          <w:p w14:paraId="3A867264" w14:textId="77777777" w:rsidR="005D216D" w:rsidRDefault="00000000">
            <w:r>
              <w:t>Instituto / Conservatorio Superior</w:t>
            </w:r>
          </w:p>
        </w:tc>
        <w:tc>
          <w:tcPr>
            <w:tcW w:w="4320" w:type="dxa"/>
            <w:vAlign w:val="center"/>
          </w:tcPr>
          <w:p w14:paraId="52DF39DF" w14:textId="77777777" w:rsidR="005D216D" w:rsidRDefault="005D216D"/>
        </w:tc>
      </w:tr>
      <w:tr w:rsidR="005D216D" w14:paraId="118253D0" w14:textId="77777777" w:rsidTr="0092638D">
        <w:tc>
          <w:tcPr>
            <w:tcW w:w="4320" w:type="dxa"/>
            <w:vAlign w:val="center"/>
          </w:tcPr>
          <w:p w14:paraId="4177EED2" w14:textId="77777777" w:rsidR="005D216D" w:rsidRDefault="00000000">
            <w:r>
              <w:t>Código IES</w:t>
            </w:r>
          </w:p>
        </w:tc>
        <w:tc>
          <w:tcPr>
            <w:tcW w:w="4320" w:type="dxa"/>
            <w:vAlign w:val="center"/>
          </w:tcPr>
          <w:p w14:paraId="3111C369" w14:textId="77777777" w:rsidR="005D216D" w:rsidRDefault="005D216D"/>
        </w:tc>
      </w:tr>
      <w:tr w:rsidR="005D216D" w14:paraId="6268F864" w14:textId="77777777" w:rsidTr="0092638D">
        <w:tc>
          <w:tcPr>
            <w:tcW w:w="4320" w:type="dxa"/>
            <w:vAlign w:val="center"/>
          </w:tcPr>
          <w:p w14:paraId="4FD5FCAC" w14:textId="77777777" w:rsidR="005D216D" w:rsidRDefault="00000000">
            <w:r>
              <w:t>Carrera / Programa</w:t>
            </w:r>
          </w:p>
        </w:tc>
        <w:tc>
          <w:tcPr>
            <w:tcW w:w="4320" w:type="dxa"/>
            <w:vAlign w:val="center"/>
          </w:tcPr>
          <w:p w14:paraId="5F4B2F78" w14:textId="77777777" w:rsidR="005D216D" w:rsidRDefault="005D216D"/>
        </w:tc>
      </w:tr>
      <w:tr w:rsidR="005D216D" w14:paraId="3DCC391C" w14:textId="77777777" w:rsidTr="0092638D">
        <w:tc>
          <w:tcPr>
            <w:tcW w:w="4320" w:type="dxa"/>
            <w:vAlign w:val="center"/>
          </w:tcPr>
          <w:p w14:paraId="700E0072" w14:textId="77777777" w:rsidR="005D216D" w:rsidRDefault="00000000">
            <w:r>
              <w:t>Coordinación Zonal</w:t>
            </w:r>
          </w:p>
        </w:tc>
        <w:tc>
          <w:tcPr>
            <w:tcW w:w="4320" w:type="dxa"/>
            <w:vAlign w:val="center"/>
          </w:tcPr>
          <w:p w14:paraId="643419BC" w14:textId="77777777" w:rsidR="005D216D" w:rsidRDefault="005D216D"/>
        </w:tc>
      </w:tr>
      <w:tr w:rsidR="005D216D" w14:paraId="29736C64" w14:textId="77777777" w:rsidTr="0092638D">
        <w:tc>
          <w:tcPr>
            <w:tcW w:w="4320" w:type="dxa"/>
            <w:vAlign w:val="center"/>
          </w:tcPr>
          <w:p w14:paraId="5EB7ABA8" w14:textId="77777777" w:rsidR="005D216D" w:rsidRDefault="00000000">
            <w:r>
              <w:t>Tipo de visita (PPP / Pasantía / Dual)</w:t>
            </w:r>
          </w:p>
        </w:tc>
        <w:tc>
          <w:tcPr>
            <w:tcW w:w="4320" w:type="dxa"/>
            <w:vAlign w:val="center"/>
          </w:tcPr>
          <w:p w14:paraId="4741269F" w14:textId="77777777" w:rsidR="005D216D" w:rsidRDefault="005D216D"/>
        </w:tc>
      </w:tr>
      <w:tr w:rsidR="005D216D" w14:paraId="58695C72" w14:textId="77777777" w:rsidTr="0092638D">
        <w:tc>
          <w:tcPr>
            <w:tcW w:w="4320" w:type="dxa"/>
            <w:vAlign w:val="center"/>
          </w:tcPr>
          <w:p w14:paraId="4C120EDF" w14:textId="77777777" w:rsidR="005D216D" w:rsidRDefault="00000000">
            <w:r>
              <w:t>Fecha y lugar de la visita</w:t>
            </w:r>
          </w:p>
        </w:tc>
        <w:tc>
          <w:tcPr>
            <w:tcW w:w="4320" w:type="dxa"/>
            <w:vAlign w:val="center"/>
          </w:tcPr>
          <w:p w14:paraId="6BD152FB" w14:textId="77777777" w:rsidR="005D216D" w:rsidRDefault="005D216D"/>
        </w:tc>
      </w:tr>
    </w:tbl>
    <w:p w14:paraId="5D0C6597" w14:textId="77777777" w:rsidR="005D216D" w:rsidRDefault="00000000">
      <w:pPr>
        <w:pStyle w:val="Ttulo2"/>
      </w:pPr>
      <w:r>
        <w:t>2. Información de la entidad receptora (empresa)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5D216D" w14:paraId="586C07DA" w14:textId="77777777" w:rsidTr="0092638D">
        <w:tc>
          <w:tcPr>
            <w:tcW w:w="4320" w:type="dxa"/>
            <w:vAlign w:val="center"/>
          </w:tcPr>
          <w:p w14:paraId="3FA24C70" w14:textId="77777777" w:rsidR="005D216D" w:rsidRDefault="00000000">
            <w:r>
              <w:t>Nombre de la empresa</w:t>
            </w:r>
          </w:p>
        </w:tc>
        <w:tc>
          <w:tcPr>
            <w:tcW w:w="4320" w:type="dxa"/>
            <w:vAlign w:val="center"/>
          </w:tcPr>
          <w:p w14:paraId="505B44D2" w14:textId="77777777" w:rsidR="005D216D" w:rsidRDefault="005D216D"/>
        </w:tc>
      </w:tr>
      <w:tr w:rsidR="005D216D" w14:paraId="5A2156E8" w14:textId="77777777" w:rsidTr="0092638D">
        <w:tc>
          <w:tcPr>
            <w:tcW w:w="4320" w:type="dxa"/>
            <w:vAlign w:val="center"/>
          </w:tcPr>
          <w:p w14:paraId="43760EB0" w14:textId="77777777" w:rsidR="005D216D" w:rsidRDefault="00000000">
            <w:r>
              <w:t>Razón social</w:t>
            </w:r>
          </w:p>
        </w:tc>
        <w:tc>
          <w:tcPr>
            <w:tcW w:w="4320" w:type="dxa"/>
            <w:vAlign w:val="center"/>
          </w:tcPr>
          <w:p w14:paraId="231E3D45" w14:textId="77777777" w:rsidR="005D216D" w:rsidRDefault="005D216D"/>
        </w:tc>
      </w:tr>
      <w:tr w:rsidR="005D216D" w14:paraId="1D5CB506" w14:textId="77777777" w:rsidTr="0092638D">
        <w:tc>
          <w:tcPr>
            <w:tcW w:w="4320" w:type="dxa"/>
            <w:vAlign w:val="center"/>
          </w:tcPr>
          <w:p w14:paraId="4C0FF020" w14:textId="77777777" w:rsidR="005D216D" w:rsidRDefault="00000000">
            <w:r>
              <w:t>RUC</w:t>
            </w:r>
          </w:p>
        </w:tc>
        <w:tc>
          <w:tcPr>
            <w:tcW w:w="4320" w:type="dxa"/>
            <w:vAlign w:val="center"/>
          </w:tcPr>
          <w:p w14:paraId="1A7BE068" w14:textId="77777777" w:rsidR="005D216D" w:rsidRDefault="005D216D"/>
        </w:tc>
      </w:tr>
      <w:tr w:rsidR="005D216D" w14:paraId="6C6B49B9" w14:textId="77777777" w:rsidTr="0092638D">
        <w:tc>
          <w:tcPr>
            <w:tcW w:w="4320" w:type="dxa"/>
            <w:vAlign w:val="center"/>
          </w:tcPr>
          <w:p w14:paraId="08996659" w14:textId="77777777" w:rsidR="005D216D" w:rsidRDefault="00000000">
            <w:r>
              <w:t>Representante legal</w:t>
            </w:r>
          </w:p>
        </w:tc>
        <w:tc>
          <w:tcPr>
            <w:tcW w:w="4320" w:type="dxa"/>
            <w:vAlign w:val="center"/>
          </w:tcPr>
          <w:p w14:paraId="7FF81C86" w14:textId="77777777" w:rsidR="005D216D" w:rsidRDefault="005D216D"/>
        </w:tc>
      </w:tr>
      <w:tr w:rsidR="005D216D" w14:paraId="44B251C7" w14:textId="77777777" w:rsidTr="0092638D">
        <w:tc>
          <w:tcPr>
            <w:tcW w:w="4320" w:type="dxa"/>
            <w:vAlign w:val="center"/>
          </w:tcPr>
          <w:p w14:paraId="6AF82096" w14:textId="77777777" w:rsidR="005D216D" w:rsidRDefault="00000000">
            <w:r>
              <w:t>Correo electrónico</w:t>
            </w:r>
          </w:p>
        </w:tc>
        <w:tc>
          <w:tcPr>
            <w:tcW w:w="4320" w:type="dxa"/>
            <w:vAlign w:val="center"/>
          </w:tcPr>
          <w:p w14:paraId="4C07075D" w14:textId="77777777" w:rsidR="005D216D" w:rsidRDefault="005D216D"/>
        </w:tc>
      </w:tr>
      <w:tr w:rsidR="005D216D" w14:paraId="4251FB05" w14:textId="77777777" w:rsidTr="0092638D">
        <w:tc>
          <w:tcPr>
            <w:tcW w:w="4320" w:type="dxa"/>
            <w:vAlign w:val="center"/>
          </w:tcPr>
          <w:p w14:paraId="07F814B7" w14:textId="77777777" w:rsidR="005D216D" w:rsidRDefault="00000000">
            <w:r>
              <w:t>Teléfono</w:t>
            </w:r>
          </w:p>
        </w:tc>
        <w:tc>
          <w:tcPr>
            <w:tcW w:w="4320" w:type="dxa"/>
            <w:vAlign w:val="center"/>
          </w:tcPr>
          <w:p w14:paraId="533F66A7" w14:textId="77777777" w:rsidR="005D216D" w:rsidRDefault="005D216D"/>
        </w:tc>
      </w:tr>
      <w:tr w:rsidR="005D216D" w14:paraId="780AC600" w14:textId="77777777" w:rsidTr="0092638D">
        <w:tc>
          <w:tcPr>
            <w:tcW w:w="4320" w:type="dxa"/>
            <w:vAlign w:val="center"/>
          </w:tcPr>
          <w:p w14:paraId="5E17CD4D" w14:textId="77777777" w:rsidR="005D216D" w:rsidRDefault="00000000">
            <w:r>
              <w:t>Dirección</w:t>
            </w:r>
          </w:p>
        </w:tc>
        <w:tc>
          <w:tcPr>
            <w:tcW w:w="4320" w:type="dxa"/>
            <w:vAlign w:val="center"/>
          </w:tcPr>
          <w:p w14:paraId="522BDEAF" w14:textId="77777777" w:rsidR="005D216D" w:rsidRDefault="005D216D"/>
        </w:tc>
      </w:tr>
    </w:tbl>
    <w:p w14:paraId="505AD374" w14:textId="77777777" w:rsidR="005D216D" w:rsidRDefault="00000000">
      <w:pPr>
        <w:pStyle w:val="Ttulo2"/>
      </w:pPr>
      <w:r>
        <w:t>3. Información de tutores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77"/>
        <w:gridCol w:w="2876"/>
        <w:gridCol w:w="2877"/>
      </w:tblGrid>
      <w:tr w:rsidR="005D216D" w14:paraId="5933FCD3" w14:textId="77777777" w:rsidTr="0092638D">
        <w:tc>
          <w:tcPr>
            <w:tcW w:w="2880" w:type="dxa"/>
            <w:vAlign w:val="center"/>
          </w:tcPr>
          <w:p w14:paraId="476EE0E2" w14:textId="77777777" w:rsidR="005D216D" w:rsidRDefault="00000000">
            <w:r>
              <w:t>Tipo de tutor</w:t>
            </w:r>
          </w:p>
        </w:tc>
        <w:tc>
          <w:tcPr>
            <w:tcW w:w="2880" w:type="dxa"/>
            <w:vAlign w:val="center"/>
          </w:tcPr>
          <w:p w14:paraId="03B60C7B" w14:textId="77777777" w:rsidR="005D216D" w:rsidRDefault="00000000">
            <w:r>
              <w:t>Datos</w:t>
            </w:r>
          </w:p>
        </w:tc>
        <w:tc>
          <w:tcPr>
            <w:tcW w:w="2880" w:type="dxa"/>
            <w:vAlign w:val="center"/>
          </w:tcPr>
          <w:p w14:paraId="7A097E02" w14:textId="77777777" w:rsidR="005D216D" w:rsidRDefault="00000000">
            <w:r>
              <w:t>Contacto</w:t>
            </w:r>
          </w:p>
        </w:tc>
      </w:tr>
      <w:tr w:rsidR="005D216D" w14:paraId="68DD5726" w14:textId="77777777" w:rsidTr="0092638D">
        <w:tc>
          <w:tcPr>
            <w:tcW w:w="2880" w:type="dxa"/>
            <w:vAlign w:val="center"/>
          </w:tcPr>
          <w:p w14:paraId="3A770C49" w14:textId="77777777" w:rsidR="005D216D" w:rsidRDefault="00000000">
            <w:r>
              <w:t>Tutor Académico</w:t>
            </w:r>
          </w:p>
        </w:tc>
        <w:tc>
          <w:tcPr>
            <w:tcW w:w="2880" w:type="dxa"/>
            <w:vAlign w:val="center"/>
          </w:tcPr>
          <w:p w14:paraId="041F1A00" w14:textId="77777777" w:rsidR="005D216D" w:rsidRDefault="005D216D"/>
        </w:tc>
        <w:tc>
          <w:tcPr>
            <w:tcW w:w="2880" w:type="dxa"/>
            <w:vAlign w:val="center"/>
          </w:tcPr>
          <w:p w14:paraId="38351E6F" w14:textId="77777777" w:rsidR="005D216D" w:rsidRDefault="005D216D"/>
        </w:tc>
      </w:tr>
      <w:tr w:rsidR="005D216D" w14:paraId="4B74ADBF" w14:textId="77777777" w:rsidTr="0092638D">
        <w:tc>
          <w:tcPr>
            <w:tcW w:w="2880" w:type="dxa"/>
            <w:vAlign w:val="center"/>
          </w:tcPr>
          <w:p w14:paraId="0E6529F2" w14:textId="77777777" w:rsidR="005D216D" w:rsidRDefault="00000000">
            <w:r>
              <w:t>Cargo</w:t>
            </w:r>
          </w:p>
        </w:tc>
        <w:tc>
          <w:tcPr>
            <w:tcW w:w="2880" w:type="dxa"/>
            <w:vAlign w:val="center"/>
          </w:tcPr>
          <w:p w14:paraId="5A06D3EC" w14:textId="77777777" w:rsidR="005D216D" w:rsidRDefault="005D216D"/>
        </w:tc>
        <w:tc>
          <w:tcPr>
            <w:tcW w:w="2880" w:type="dxa"/>
            <w:vAlign w:val="center"/>
          </w:tcPr>
          <w:p w14:paraId="52FCE89D" w14:textId="77777777" w:rsidR="005D216D" w:rsidRDefault="005D216D"/>
        </w:tc>
      </w:tr>
      <w:tr w:rsidR="005D216D" w14:paraId="655AFC8E" w14:textId="77777777" w:rsidTr="0092638D">
        <w:tc>
          <w:tcPr>
            <w:tcW w:w="2880" w:type="dxa"/>
            <w:vAlign w:val="center"/>
          </w:tcPr>
          <w:p w14:paraId="563A42A4" w14:textId="77777777" w:rsidR="005D216D" w:rsidRDefault="00000000">
            <w:r>
              <w:t>Correo electrónico</w:t>
            </w:r>
          </w:p>
        </w:tc>
        <w:tc>
          <w:tcPr>
            <w:tcW w:w="2880" w:type="dxa"/>
            <w:vAlign w:val="center"/>
          </w:tcPr>
          <w:p w14:paraId="141B67A5" w14:textId="77777777" w:rsidR="005D216D" w:rsidRDefault="005D216D"/>
        </w:tc>
        <w:tc>
          <w:tcPr>
            <w:tcW w:w="2880" w:type="dxa"/>
            <w:vAlign w:val="center"/>
          </w:tcPr>
          <w:p w14:paraId="7A63E527" w14:textId="77777777" w:rsidR="005D216D" w:rsidRDefault="005D216D"/>
        </w:tc>
      </w:tr>
      <w:tr w:rsidR="005D216D" w14:paraId="566211E6" w14:textId="77777777" w:rsidTr="0092638D">
        <w:tc>
          <w:tcPr>
            <w:tcW w:w="2880" w:type="dxa"/>
            <w:vAlign w:val="center"/>
          </w:tcPr>
          <w:p w14:paraId="6E97C94C" w14:textId="77777777" w:rsidR="005D216D" w:rsidRDefault="00000000">
            <w:r>
              <w:t>Teléfono</w:t>
            </w:r>
          </w:p>
        </w:tc>
        <w:tc>
          <w:tcPr>
            <w:tcW w:w="2880" w:type="dxa"/>
            <w:vAlign w:val="center"/>
          </w:tcPr>
          <w:p w14:paraId="50125029" w14:textId="77777777" w:rsidR="005D216D" w:rsidRDefault="005D216D"/>
        </w:tc>
        <w:tc>
          <w:tcPr>
            <w:tcW w:w="2880" w:type="dxa"/>
            <w:vAlign w:val="center"/>
          </w:tcPr>
          <w:p w14:paraId="699A0FEE" w14:textId="77777777" w:rsidR="005D216D" w:rsidRDefault="005D216D"/>
        </w:tc>
      </w:tr>
    </w:tbl>
    <w:p w14:paraId="0B5588BD" w14:textId="77777777" w:rsidR="005D216D" w:rsidRDefault="00000000">
      <w:pPr>
        <w:pStyle w:val="Ttulo2"/>
      </w:pPr>
      <w:r>
        <w:t>4. Verificación de condiciones de la entidad receptora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4"/>
        <w:gridCol w:w="3781"/>
        <w:gridCol w:w="890"/>
        <w:gridCol w:w="3425"/>
      </w:tblGrid>
      <w:tr w:rsidR="005D216D" w14:paraId="27609F7D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6B6B6884" w14:textId="77777777" w:rsidR="005D216D" w:rsidRDefault="00000000">
            <w:r>
              <w:t>N°</w:t>
            </w:r>
          </w:p>
        </w:tc>
        <w:tc>
          <w:tcPr>
            <w:tcW w:w="3786" w:type="dxa"/>
            <w:vAlign w:val="center"/>
          </w:tcPr>
          <w:p w14:paraId="12957017" w14:textId="77777777" w:rsidR="005D216D" w:rsidRDefault="00000000">
            <w:r>
              <w:t>Aspecto verificado</w:t>
            </w:r>
          </w:p>
        </w:tc>
        <w:tc>
          <w:tcPr>
            <w:tcW w:w="891" w:type="dxa"/>
            <w:vAlign w:val="center"/>
          </w:tcPr>
          <w:p w14:paraId="09F9D7A2" w14:textId="77777777" w:rsidR="005D216D" w:rsidRDefault="00000000">
            <w:r>
              <w:t>Sí / No</w:t>
            </w:r>
          </w:p>
        </w:tc>
        <w:tc>
          <w:tcPr>
            <w:tcW w:w="3429" w:type="dxa"/>
            <w:vAlign w:val="center"/>
          </w:tcPr>
          <w:p w14:paraId="50D21AF2" w14:textId="77777777" w:rsidR="005D216D" w:rsidRDefault="00000000">
            <w:r>
              <w:t>Observaciones</w:t>
            </w:r>
          </w:p>
        </w:tc>
      </w:tr>
      <w:tr w:rsidR="005D216D" w14:paraId="5563A908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40D355A1" w14:textId="77777777" w:rsidR="005D216D" w:rsidRDefault="00000000">
            <w:r>
              <w:t>1</w:t>
            </w:r>
          </w:p>
        </w:tc>
        <w:tc>
          <w:tcPr>
            <w:tcW w:w="3786" w:type="dxa"/>
            <w:vAlign w:val="center"/>
          </w:tcPr>
          <w:p w14:paraId="0688C574" w14:textId="77777777" w:rsidR="005D216D" w:rsidRDefault="00000000">
            <w:r>
              <w:t>Inducción a estudiantes sobre horarios, políticas y protocolos</w:t>
            </w:r>
          </w:p>
        </w:tc>
        <w:tc>
          <w:tcPr>
            <w:tcW w:w="891" w:type="dxa"/>
            <w:vAlign w:val="center"/>
          </w:tcPr>
          <w:p w14:paraId="480B9CF3" w14:textId="77777777" w:rsidR="005D216D" w:rsidRDefault="005D216D"/>
        </w:tc>
        <w:tc>
          <w:tcPr>
            <w:tcW w:w="3429" w:type="dxa"/>
            <w:vAlign w:val="center"/>
          </w:tcPr>
          <w:p w14:paraId="0090FDC2" w14:textId="77777777" w:rsidR="005D216D" w:rsidRDefault="005D216D"/>
        </w:tc>
      </w:tr>
      <w:tr w:rsidR="005D216D" w14:paraId="0C4BD035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6B588287" w14:textId="77777777" w:rsidR="005D216D" w:rsidRDefault="00000000">
            <w:r>
              <w:t>2</w:t>
            </w:r>
          </w:p>
        </w:tc>
        <w:tc>
          <w:tcPr>
            <w:tcW w:w="3786" w:type="dxa"/>
            <w:vAlign w:val="center"/>
          </w:tcPr>
          <w:p w14:paraId="3D946C8E" w14:textId="77777777" w:rsidR="005D216D" w:rsidRDefault="00000000">
            <w:r>
              <w:t>Reglamento de Seguridad y Salud Ocupacional aprobado por el MDT</w:t>
            </w:r>
          </w:p>
        </w:tc>
        <w:tc>
          <w:tcPr>
            <w:tcW w:w="891" w:type="dxa"/>
            <w:vAlign w:val="center"/>
          </w:tcPr>
          <w:p w14:paraId="021552A4" w14:textId="77777777" w:rsidR="005D216D" w:rsidRDefault="005D216D"/>
        </w:tc>
        <w:tc>
          <w:tcPr>
            <w:tcW w:w="3429" w:type="dxa"/>
            <w:vAlign w:val="center"/>
          </w:tcPr>
          <w:p w14:paraId="071002E5" w14:textId="77777777" w:rsidR="005D216D" w:rsidRDefault="005D216D"/>
        </w:tc>
      </w:tr>
      <w:tr w:rsidR="005D216D" w14:paraId="300B2E05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537F3086" w14:textId="77777777" w:rsidR="005D216D" w:rsidRDefault="00000000">
            <w:r>
              <w:t>3</w:t>
            </w:r>
          </w:p>
        </w:tc>
        <w:tc>
          <w:tcPr>
            <w:tcW w:w="3786" w:type="dxa"/>
            <w:vAlign w:val="center"/>
          </w:tcPr>
          <w:p w14:paraId="517566DD" w14:textId="77777777" w:rsidR="005D216D" w:rsidRDefault="00000000">
            <w:r>
              <w:t>Inducción sobre uso de herramientas, máquinas y equipos</w:t>
            </w:r>
          </w:p>
        </w:tc>
        <w:tc>
          <w:tcPr>
            <w:tcW w:w="891" w:type="dxa"/>
            <w:vAlign w:val="center"/>
          </w:tcPr>
          <w:p w14:paraId="1FF80B99" w14:textId="77777777" w:rsidR="005D216D" w:rsidRDefault="005D216D"/>
        </w:tc>
        <w:tc>
          <w:tcPr>
            <w:tcW w:w="3429" w:type="dxa"/>
            <w:vAlign w:val="center"/>
          </w:tcPr>
          <w:p w14:paraId="09E1A1DC" w14:textId="77777777" w:rsidR="005D216D" w:rsidRDefault="005D216D"/>
        </w:tc>
      </w:tr>
      <w:tr w:rsidR="005D216D" w14:paraId="1AA4DD6C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37F13907" w14:textId="77777777" w:rsidR="005D216D" w:rsidRDefault="00000000">
            <w:r>
              <w:t>4</w:t>
            </w:r>
          </w:p>
        </w:tc>
        <w:tc>
          <w:tcPr>
            <w:tcW w:w="3786" w:type="dxa"/>
            <w:vAlign w:val="center"/>
          </w:tcPr>
          <w:p w14:paraId="3C2598C3" w14:textId="77777777" w:rsidR="005D216D" w:rsidRDefault="00000000">
            <w:r>
              <w:t>Inducción general sobre actividades a realizar</w:t>
            </w:r>
          </w:p>
        </w:tc>
        <w:tc>
          <w:tcPr>
            <w:tcW w:w="891" w:type="dxa"/>
            <w:vAlign w:val="center"/>
          </w:tcPr>
          <w:p w14:paraId="096234CE" w14:textId="77777777" w:rsidR="005D216D" w:rsidRDefault="005D216D"/>
        </w:tc>
        <w:tc>
          <w:tcPr>
            <w:tcW w:w="3429" w:type="dxa"/>
            <w:vAlign w:val="center"/>
          </w:tcPr>
          <w:p w14:paraId="17906CA6" w14:textId="77777777" w:rsidR="005D216D" w:rsidRDefault="005D216D"/>
        </w:tc>
      </w:tr>
      <w:tr w:rsidR="005D216D" w14:paraId="0B2AC223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41CF25CA" w14:textId="77777777" w:rsidR="005D216D" w:rsidRDefault="00000000">
            <w:r>
              <w:t>5</w:t>
            </w:r>
          </w:p>
        </w:tc>
        <w:tc>
          <w:tcPr>
            <w:tcW w:w="3786" w:type="dxa"/>
            <w:vAlign w:val="center"/>
          </w:tcPr>
          <w:p w14:paraId="42E9A102" w14:textId="77777777" w:rsidR="005D216D" w:rsidRDefault="00000000">
            <w:r>
              <w:t>Actividades acordes al perfil de egreso</w:t>
            </w:r>
          </w:p>
        </w:tc>
        <w:tc>
          <w:tcPr>
            <w:tcW w:w="891" w:type="dxa"/>
            <w:vAlign w:val="center"/>
          </w:tcPr>
          <w:p w14:paraId="17D28F6A" w14:textId="77777777" w:rsidR="005D216D" w:rsidRDefault="005D216D"/>
        </w:tc>
        <w:tc>
          <w:tcPr>
            <w:tcW w:w="3429" w:type="dxa"/>
            <w:vAlign w:val="center"/>
          </w:tcPr>
          <w:p w14:paraId="03D48624" w14:textId="77777777" w:rsidR="005D216D" w:rsidRDefault="005D216D"/>
        </w:tc>
      </w:tr>
      <w:tr w:rsidR="005D216D" w14:paraId="742B1B48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02666EE4" w14:textId="77777777" w:rsidR="005D216D" w:rsidRDefault="00000000">
            <w:r>
              <w:t>6</w:t>
            </w:r>
          </w:p>
        </w:tc>
        <w:tc>
          <w:tcPr>
            <w:tcW w:w="3786" w:type="dxa"/>
            <w:vAlign w:val="center"/>
          </w:tcPr>
          <w:p w14:paraId="2EB8E0D1" w14:textId="77777777" w:rsidR="005D216D" w:rsidRDefault="00000000">
            <w:r>
              <w:t>Provisión de herramientas e insumos</w:t>
            </w:r>
          </w:p>
        </w:tc>
        <w:tc>
          <w:tcPr>
            <w:tcW w:w="891" w:type="dxa"/>
            <w:vAlign w:val="center"/>
          </w:tcPr>
          <w:p w14:paraId="0595906B" w14:textId="77777777" w:rsidR="005D216D" w:rsidRDefault="005D216D"/>
        </w:tc>
        <w:tc>
          <w:tcPr>
            <w:tcW w:w="3429" w:type="dxa"/>
            <w:vAlign w:val="center"/>
          </w:tcPr>
          <w:p w14:paraId="55D1FEDC" w14:textId="77777777" w:rsidR="005D216D" w:rsidRDefault="005D216D"/>
        </w:tc>
      </w:tr>
      <w:tr w:rsidR="005D216D" w14:paraId="0650C157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34C27F6F" w14:textId="77777777" w:rsidR="005D216D" w:rsidRDefault="00000000">
            <w:r>
              <w:lastRenderedPageBreak/>
              <w:t>7</w:t>
            </w:r>
          </w:p>
        </w:tc>
        <w:tc>
          <w:tcPr>
            <w:tcW w:w="3786" w:type="dxa"/>
            <w:vAlign w:val="center"/>
          </w:tcPr>
          <w:p w14:paraId="249F9CEB" w14:textId="77777777" w:rsidR="005D216D" w:rsidRDefault="00000000">
            <w:r>
              <w:t>Supervisión por tutor empresarial</w:t>
            </w:r>
          </w:p>
        </w:tc>
        <w:tc>
          <w:tcPr>
            <w:tcW w:w="891" w:type="dxa"/>
            <w:vAlign w:val="center"/>
          </w:tcPr>
          <w:p w14:paraId="1A53A3D0" w14:textId="77777777" w:rsidR="005D216D" w:rsidRDefault="005D216D"/>
        </w:tc>
        <w:tc>
          <w:tcPr>
            <w:tcW w:w="3429" w:type="dxa"/>
            <w:vAlign w:val="center"/>
          </w:tcPr>
          <w:p w14:paraId="15C01E22" w14:textId="77777777" w:rsidR="005D216D" w:rsidRDefault="005D216D"/>
        </w:tc>
      </w:tr>
      <w:tr w:rsidR="005D216D" w14:paraId="35705FE8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6315E8EA" w14:textId="77777777" w:rsidR="005D216D" w:rsidRDefault="00000000">
            <w:r>
              <w:t>8</w:t>
            </w:r>
          </w:p>
        </w:tc>
        <w:tc>
          <w:tcPr>
            <w:tcW w:w="3786" w:type="dxa"/>
            <w:vAlign w:val="center"/>
          </w:tcPr>
          <w:p w14:paraId="5A954FB1" w14:textId="77777777" w:rsidR="005D216D" w:rsidRDefault="00000000">
            <w:r>
              <w:t>Las prácticas no generan dependencia laboral</w:t>
            </w:r>
          </w:p>
        </w:tc>
        <w:tc>
          <w:tcPr>
            <w:tcW w:w="891" w:type="dxa"/>
            <w:vAlign w:val="center"/>
          </w:tcPr>
          <w:p w14:paraId="2D1F2EB7" w14:textId="77777777" w:rsidR="005D216D" w:rsidRDefault="005D216D"/>
        </w:tc>
        <w:tc>
          <w:tcPr>
            <w:tcW w:w="3429" w:type="dxa"/>
            <w:vAlign w:val="center"/>
          </w:tcPr>
          <w:p w14:paraId="204FEE29" w14:textId="77777777" w:rsidR="005D216D" w:rsidRDefault="005D216D"/>
        </w:tc>
      </w:tr>
      <w:tr w:rsidR="005D216D" w14:paraId="60ED6F0F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331C05EC" w14:textId="77777777" w:rsidR="005D216D" w:rsidRDefault="00000000">
            <w:r>
              <w:t>9</w:t>
            </w:r>
          </w:p>
        </w:tc>
        <w:tc>
          <w:tcPr>
            <w:tcW w:w="3786" w:type="dxa"/>
            <w:vAlign w:val="center"/>
          </w:tcPr>
          <w:p w14:paraId="551C02E1" w14:textId="77777777" w:rsidR="005D216D" w:rsidRDefault="00000000">
            <w:r>
              <w:t>Prácticas realizadas internamente</w:t>
            </w:r>
          </w:p>
        </w:tc>
        <w:tc>
          <w:tcPr>
            <w:tcW w:w="891" w:type="dxa"/>
            <w:vAlign w:val="center"/>
          </w:tcPr>
          <w:p w14:paraId="2EA74AE8" w14:textId="77777777" w:rsidR="005D216D" w:rsidRDefault="005D216D"/>
        </w:tc>
        <w:tc>
          <w:tcPr>
            <w:tcW w:w="3429" w:type="dxa"/>
            <w:vAlign w:val="center"/>
          </w:tcPr>
          <w:p w14:paraId="62F15F99" w14:textId="77777777" w:rsidR="005D216D" w:rsidRDefault="005D216D"/>
        </w:tc>
      </w:tr>
      <w:tr w:rsidR="005D216D" w14:paraId="286EF83E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0FCA83AB" w14:textId="77777777" w:rsidR="005D216D" w:rsidRDefault="00000000">
            <w:r>
              <w:t>10</w:t>
            </w:r>
          </w:p>
        </w:tc>
        <w:tc>
          <w:tcPr>
            <w:tcW w:w="3786" w:type="dxa"/>
            <w:vAlign w:val="center"/>
          </w:tcPr>
          <w:p w14:paraId="6729FC34" w14:textId="77777777" w:rsidR="005D216D" w:rsidRDefault="00000000">
            <w:r>
              <w:t>Prácticas realizadas externamente</w:t>
            </w:r>
          </w:p>
        </w:tc>
        <w:tc>
          <w:tcPr>
            <w:tcW w:w="891" w:type="dxa"/>
            <w:vAlign w:val="center"/>
          </w:tcPr>
          <w:p w14:paraId="50BD42DD" w14:textId="77777777" w:rsidR="005D216D" w:rsidRDefault="005D216D"/>
        </w:tc>
        <w:tc>
          <w:tcPr>
            <w:tcW w:w="3429" w:type="dxa"/>
            <w:vAlign w:val="center"/>
          </w:tcPr>
          <w:p w14:paraId="07BAE850" w14:textId="77777777" w:rsidR="005D216D" w:rsidRDefault="005D216D"/>
        </w:tc>
      </w:tr>
      <w:tr w:rsidR="005D216D" w14:paraId="20D05924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44361852" w14:textId="77777777" w:rsidR="005D216D" w:rsidRDefault="00000000">
            <w:r>
              <w:t>11</w:t>
            </w:r>
          </w:p>
        </w:tc>
        <w:tc>
          <w:tcPr>
            <w:tcW w:w="3786" w:type="dxa"/>
            <w:vAlign w:val="center"/>
          </w:tcPr>
          <w:p w14:paraId="6A4FEBA9" w14:textId="77777777" w:rsidR="005D216D" w:rsidRDefault="00000000">
            <w:r>
              <w:t>Emisión de informes periódicos o finales</w:t>
            </w:r>
          </w:p>
        </w:tc>
        <w:tc>
          <w:tcPr>
            <w:tcW w:w="891" w:type="dxa"/>
            <w:vAlign w:val="center"/>
          </w:tcPr>
          <w:p w14:paraId="1710A57D" w14:textId="77777777" w:rsidR="005D216D" w:rsidRDefault="005D216D"/>
        </w:tc>
        <w:tc>
          <w:tcPr>
            <w:tcW w:w="3429" w:type="dxa"/>
            <w:vAlign w:val="center"/>
          </w:tcPr>
          <w:p w14:paraId="74A95FE2" w14:textId="77777777" w:rsidR="005D216D" w:rsidRDefault="005D216D"/>
        </w:tc>
      </w:tr>
      <w:tr w:rsidR="005D216D" w14:paraId="4D0357EF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73F86D40" w14:textId="77777777" w:rsidR="005D216D" w:rsidRDefault="00000000">
            <w:r>
              <w:t>12</w:t>
            </w:r>
          </w:p>
        </w:tc>
        <w:tc>
          <w:tcPr>
            <w:tcW w:w="3786" w:type="dxa"/>
            <w:vAlign w:val="center"/>
          </w:tcPr>
          <w:p w14:paraId="1C8432C7" w14:textId="77777777" w:rsidR="005D216D" w:rsidRDefault="00000000">
            <w:r>
              <w:t>Prioriza estudiantes en condición de vulnerabilidad</w:t>
            </w:r>
          </w:p>
        </w:tc>
        <w:tc>
          <w:tcPr>
            <w:tcW w:w="891" w:type="dxa"/>
            <w:vAlign w:val="center"/>
          </w:tcPr>
          <w:p w14:paraId="169CBFF5" w14:textId="77777777" w:rsidR="005D216D" w:rsidRDefault="005D216D"/>
        </w:tc>
        <w:tc>
          <w:tcPr>
            <w:tcW w:w="3429" w:type="dxa"/>
            <w:vAlign w:val="center"/>
          </w:tcPr>
          <w:p w14:paraId="167CCE4F" w14:textId="77777777" w:rsidR="005D216D" w:rsidRDefault="005D216D"/>
        </w:tc>
      </w:tr>
      <w:tr w:rsidR="005D216D" w14:paraId="53C24B08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14513E40" w14:textId="77777777" w:rsidR="005D216D" w:rsidRDefault="00000000">
            <w:r>
              <w:t>13</w:t>
            </w:r>
          </w:p>
        </w:tc>
        <w:tc>
          <w:tcPr>
            <w:tcW w:w="3786" w:type="dxa"/>
            <w:vAlign w:val="center"/>
          </w:tcPr>
          <w:p w14:paraId="0BCDC93D" w14:textId="77777777" w:rsidR="005D216D" w:rsidRDefault="00000000">
            <w:r>
              <w:t>Seguro de accidentes para estudiantes</w:t>
            </w:r>
          </w:p>
        </w:tc>
        <w:tc>
          <w:tcPr>
            <w:tcW w:w="891" w:type="dxa"/>
            <w:vAlign w:val="center"/>
          </w:tcPr>
          <w:p w14:paraId="70ADCE2C" w14:textId="77777777" w:rsidR="005D216D" w:rsidRDefault="005D216D"/>
        </w:tc>
        <w:tc>
          <w:tcPr>
            <w:tcW w:w="3429" w:type="dxa"/>
            <w:vAlign w:val="center"/>
          </w:tcPr>
          <w:p w14:paraId="56CB63D8" w14:textId="77777777" w:rsidR="005D216D" w:rsidRDefault="005D216D"/>
        </w:tc>
      </w:tr>
      <w:tr w:rsidR="005D216D" w14:paraId="5D5E7886" w14:textId="77777777" w:rsidTr="0092638D">
        <w:trPr>
          <w:trHeight w:val="516"/>
        </w:trPr>
        <w:tc>
          <w:tcPr>
            <w:tcW w:w="534" w:type="dxa"/>
            <w:vAlign w:val="center"/>
          </w:tcPr>
          <w:p w14:paraId="5FC54B85" w14:textId="77777777" w:rsidR="005D216D" w:rsidRDefault="00000000">
            <w:r>
              <w:t>14</w:t>
            </w:r>
          </w:p>
        </w:tc>
        <w:tc>
          <w:tcPr>
            <w:tcW w:w="3786" w:type="dxa"/>
            <w:vAlign w:val="center"/>
          </w:tcPr>
          <w:p w14:paraId="2EEF1073" w14:textId="77777777" w:rsidR="005D216D" w:rsidRDefault="00000000">
            <w:r>
              <w:t>Convenio vigente con la IES</w:t>
            </w:r>
          </w:p>
        </w:tc>
        <w:tc>
          <w:tcPr>
            <w:tcW w:w="891" w:type="dxa"/>
            <w:vAlign w:val="center"/>
          </w:tcPr>
          <w:p w14:paraId="2456CB2B" w14:textId="77777777" w:rsidR="005D216D" w:rsidRDefault="005D216D"/>
        </w:tc>
        <w:tc>
          <w:tcPr>
            <w:tcW w:w="3429" w:type="dxa"/>
            <w:vAlign w:val="center"/>
          </w:tcPr>
          <w:p w14:paraId="30BCFDB9" w14:textId="77777777" w:rsidR="005D216D" w:rsidRDefault="005D216D"/>
        </w:tc>
      </w:tr>
    </w:tbl>
    <w:p w14:paraId="0C42901D" w14:textId="77777777" w:rsidR="005D216D" w:rsidRDefault="00000000">
      <w:pPr>
        <w:pStyle w:val="Ttulo2"/>
      </w:pPr>
      <w:r>
        <w:t>5. Verificación del desempeño del estudiante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0"/>
        <w:gridCol w:w="3890"/>
        <w:gridCol w:w="884"/>
        <w:gridCol w:w="3396"/>
      </w:tblGrid>
      <w:tr w:rsidR="005D216D" w14:paraId="668A080C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709F5D6F" w14:textId="77777777" w:rsidR="005D216D" w:rsidRDefault="00000000">
            <w:r>
              <w:t>N°</w:t>
            </w:r>
          </w:p>
        </w:tc>
        <w:tc>
          <w:tcPr>
            <w:tcW w:w="3928" w:type="dxa"/>
            <w:vAlign w:val="center"/>
          </w:tcPr>
          <w:p w14:paraId="2CD04E4E" w14:textId="77777777" w:rsidR="005D216D" w:rsidRDefault="00000000">
            <w:r>
              <w:t>Aspecto verificado</w:t>
            </w:r>
          </w:p>
        </w:tc>
        <w:tc>
          <w:tcPr>
            <w:tcW w:w="891" w:type="dxa"/>
            <w:vAlign w:val="center"/>
          </w:tcPr>
          <w:p w14:paraId="4E58DE3A" w14:textId="77777777" w:rsidR="005D216D" w:rsidRDefault="00000000">
            <w:r>
              <w:t>Sí / No</w:t>
            </w:r>
          </w:p>
        </w:tc>
        <w:tc>
          <w:tcPr>
            <w:tcW w:w="3429" w:type="dxa"/>
            <w:vAlign w:val="center"/>
          </w:tcPr>
          <w:p w14:paraId="42523362" w14:textId="77777777" w:rsidR="005D216D" w:rsidRDefault="00000000">
            <w:r>
              <w:t>Observaciones</w:t>
            </w:r>
          </w:p>
        </w:tc>
      </w:tr>
      <w:tr w:rsidR="005D216D" w14:paraId="6050EF99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58639F35" w14:textId="77777777" w:rsidR="005D216D" w:rsidRDefault="00000000">
            <w:r>
              <w:t>1</w:t>
            </w:r>
          </w:p>
        </w:tc>
        <w:tc>
          <w:tcPr>
            <w:tcW w:w="3928" w:type="dxa"/>
            <w:vAlign w:val="center"/>
          </w:tcPr>
          <w:p w14:paraId="00DF8ED9" w14:textId="77777777" w:rsidR="005D216D" w:rsidRDefault="00000000">
            <w:r>
              <w:t>Participación activa</w:t>
            </w:r>
          </w:p>
        </w:tc>
        <w:tc>
          <w:tcPr>
            <w:tcW w:w="891" w:type="dxa"/>
            <w:vAlign w:val="center"/>
          </w:tcPr>
          <w:p w14:paraId="1B77BF1A" w14:textId="77777777" w:rsidR="005D216D" w:rsidRDefault="005D216D"/>
        </w:tc>
        <w:tc>
          <w:tcPr>
            <w:tcW w:w="3429" w:type="dxa"/>
            <w:vAlign w:val="center"/>
          </w:tcPr>
          <w:p w14:paraId="5BEAF8A0" w14:textId="77777777" w:rsidR="005D216D" w:rsidRDefault="005D216D"/>
        </w:tc>
      </w:tr>
      <w:tr w:rsidR="005D216D" w14:paraId="4286CDB1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1C049E18" w14:textId="77777777" w:rsidR="005D216D" w:rsidRDefault="00000000">
            <w:r>
              <w:t>2</w:t>
            </w:r>
          </w:p>
        </w:tc>
        <w:tc>
          <w:tcPr>
            <w:tcW w:w="3928" w:type="dxa"/>
            <w:vAlign w:val="center"/>
          </w:tcPr>
          <w:p w14:paraId="7831CC91" w14:textId="77777777" w:rsidR="005D216D" w:rsidRDefault="00000000">
            <w:r>
              <w:t>Cumplimiento de horarios</w:t>
            </w:r>
          </w:p>
        </w:tc>
        <w:tc>
          <w:tcPr>
            <w:tcW w:w="891" w:type="dxa"/>
            <w:vAlign w:val="center"/>
          </w:tcPr>
          <w:p w14:paraId="2981CC51" w14:textId="77777777" w:rsidR="005D216D" w:rsidRDefault="005D216D"/>
        </w:tc>
        <w:tc>
          <w:tcPr>
            <w:tcW w:w="3429" w:type="dxa"/>
            <w:vAlign w:val="center"/>
          </w:tcPr>
          <w:p w14:paraId="7387F9CB" w14:textId="77777777" w:rsidR="005D216D" w:rsidRDefault="005D216D"/>
        </w:tc>
      </w:tr>
      <w:tr w:rsidR="005D216D" w14:paraId="782F2DC0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488DDD56" w14:textId="77777777" w:rsidR="005D216D" w:rsidRDefault="00000000">
            <w:r>
              <w:t>3</w:t>
            </w:r>
          </w:p>
        </w:tc>
        <w:tc>
          <w:tcPr>
            <w:tcW w:w="3928" w:type="dxa"/>
            <w:vAlign w:val="center"/>
          </w:tcPr>
          <w:p w14:paraId="05710483" w14:textId="77777777" w:rsidR="005D216D" w:rsidRDefault="00000000">
            <w:r>
              <w:t>Cumplimiento de horas semanales (20–30)</w:t>
            </w:r>
          </w:p>
        </w:tc>
        <w:tc>
          <w:tcPr>
            <w:tcW w:w="891" w:type="dxa"/>
            <w:vAlign w:val="center"/>
          </w:tcPr>
          <w:p w14:paraId="5BC6C804" w14:textId="77777777" w:rsidR="005D216D" w:rsidRDefault="005D216D"/>
        </w:tc>
        <w:tc>
          <w:tcPr>
            <w:tcW w:w="3429" w:type="dxa"/>
            <w:vAlign w:val="center"/>
          </w:tcPr>
          <w:p w14:paraId="73F424A8" w14:textId="77777777" w:rsidR="005D216D" w:rsidRDefault="005D216D"/>
        </w:tc>
      </w:tr>
      <w:tr w:rsidR="005D216D" w14:paraId="69E25D30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44FB0E2B" w14:textId="77777777" w:rsidR="005D216D" w:rsidRDefault="00000000">
            <w:r>
              <w:t>4</w:t>
            </w:r>
          </w:p>
        </w:tc>
        <w:tc>
          <w:tcPr>
            <w:tcW w:w="3928" w:type="dxa"/>
            <w:vAlign w:val="center"/>
          </w:tcPr>
          <w:p w14:paraId="6E5B655B" w14:textId="77777777" w:rsidR="005D216D" w:rsidRDefault="00000000">
            <w:r>
              <w:t>Horarios diferenciados (si aplica)</w:t>
            </w:r>
          </w:p>
        </w:tc>
        <w:tc>
          <w:tcPr>
            <w:tcW w:w="891" w:type="dxa"/>
            <w:vAlign w:val="center"/>
          </w:tcPr>
          <w:p w14:paraId="434C36D0" w14:textId="77777777" w:rsidR="005D216D" w:rsidRDefault="005D216D"/>
        </w:tc>
        <w:tc>
          <w:tcPr>
            <w:tcW w:w="3429" w:type="dxa"/>
            <w:vAlign w:val="center"/>
          </w:tcPr>
          <w:p w14:paraId="5DDFB2FC" w14:textId="77777777" w:rsidR="005D216D" w:rsidRDefault="005D216D"/>
        </w:tc>
      </w:tr>
      <w:tr w:rsidR="005D216D" w14:paraId="04CCCD6F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2C1DED01" w14:textId="77777777" w:rsidR="005D216D" w:rsidRDefault="00000000">
            <w:r>
              <w:t>5</w:t>
            </w:r>
          </w:p>
        </w:tc>
        <w:tc>
          <w:tcPr>
            <w:tcW w:w="3928" w:type="dxa"/>
            <w:vAlign w:val="center"/>
          </w:tcPr>
          <w:p w14:paraId="131A0ECA" w14:textId="77777777" w:rsidR="005D216D" w:rsidRDefault="00000000">
            <w:r>
              <w:t>Cumplimiento de normas de seguridad</w:t>
            </w:r>
          </w:p>
        </w:tc>
        <w:tc>
          <w:tcPr>
            <w:tcW w:w="891" w:type="dxa"/>
            <w:vAlign w:val="center"/>
          </w:tcPr>
          <w:p w14:paraId="69B62389" w14:textId="77777777" w:rsidR="005D216D" w:rsidRDefault="005D216D"/>
        </w:tc>
        <w:tc>
          <w:tcPr>
            <w:tcW w:w="3429" w:type="dxa"/>
            <w:vAlign w:val="center"/>
          </w:tcPr>
          <w:p w14:paraId="0B7E3BE7" w14:textId="77777777" w:rsidR="005D216D" w:rsidRDefault="005D216D"/>
        </w:tc>
      </w:tr>
      <w:tr w:rsidR="005D216D" w14:paraId="4B5BB84E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3FF1DDDC" w14:textId="77777777" w:rsidR="005D216D" w:rsidRDefault="00000000">
            <w:r>
              <w:t>6</w:t>
            </w:r>
          </w:p>
        </w:tc>
        <w:tc>
          <w:tcPr>
            <w:tcW w:w="3928" w:type="dxa"/>
            <w:vAlign w:val="center"/>
          </w:tcPr>
          <w:p w14:paraId="3CD92627" w14:textId="77777777" w:rsidR="005D216D" w:rsidRDefault="00000000">
            <w:r>
              <w:t>Justificación de inasistencias</w:t>
            </w:r>
          </w:p>
        </w:tc>
        <w:tc>
          <w:tcPr>
            <w:tcW w:w="891" w:type="dxa"/>
            <w:vAlign w:val="center"/>
          </w:tcPr>
          <w:p w14:paraId="719968DA" w14:textId="77777777" w:rsidR="005D216D" w:rsidRDefault="005D216D"/>
        </w:tc>
        <w:tc>
          <w:tcPr>
            <w:tcW w:w="3429" w:type="dxa"/>
            <w:vAlign w:val="center"/>
          </w:tcPr>
          <w:p w14:paraId="2558665D" w14:textId="77777777" w:rsidR="005D216D" w:rsidRDefault="005D216D"/>
        </w:tc>
      </w:tr>
      <w:tr w:rsidR="005D216D" w14:paraId="0B82D53E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18BA5CDC" w14:textId="77777777" w:rsidR="005D216D" w:rsidRDefault="00000000">
            <w:r>
              <w:t>7</w:t>
            </w:r>
          </w:p>
        </w:tc>
        <w:tc>
          <w:tcPr>
            <w:tcW w:w="3928" w:type="dxa"/>
            <w:vAlign w:val="center"/>
          </w:tcPr>
          <w:p w14:paraId="40891334" w14:textId="77777777" w:rsidR="005D216D" w:rsidRDefault="00000000">
            <w:r>
              <w:t>Uso adecuado de herramientas</w:t>
            </w:r>
          </w:p>
        </w:tc>
        <w:tc>
          <w:tcPr>
            <w:tcW w:w="891" w:type="dxa"/>
            <w:vAlign w:val="center"/>
          </w:tcPr>
          <w:p w14:paraId="65B27CF8" w14:textId="77777777" w:rsidR="005D216D" w:rsidRDefault="005D216D"/>
        </w:tc>
        <w:tc>
          <w:tcPr>
            <w:tcW w:w="3429" w:type="dxa"/>
            <w:vAlign w:val="center"/>
          </w:tcPr>
          <w:p w14:paraId="0B711016" w14:textId="77777777" w:rsidR="005D216D" w:rsidRDefault="005D216D"/>
        </w:tc>
      </w:tr>
      <w:tr w:rsidR="005D216D" w14:paraId="582446E5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353B564F" w14:textId="77777777" w:rsidR="005D216D" w:rsidRDefault="00000000">
            <w:r>
              <w:t>8</w:t>
            </w:r>
          </w:p>
        </w:tc>
        <w:tc>
          <w:tcPr>
            <w:tcW w:w="3928" w:type="dxa"/>
            <w:vAlign w:val="center"/>
          </w:tcPr>
          <w:p w14:paraId="406AE3AD" w14:textId="77777777" w:rsidR="005D216D" w:rsidRDefault="00000000">
            <w:r>
              <w:t>Reserva de información</w:t>
            </w:r>
          </w:p>
        </w:tc>
        <w:tc>
          <w:tcPr>
            <w:tcW w:w="891" w:type="dxa"/>
            <w:vAlign w:val="center"/>
          </w:tcPr>
          <w:p w14:paraId="5FAD288E" w14:textId="77777777" w:rsidR="005D216D" w:rsidRDefault="005D216D"/>
        </w:tc>
        <w:tc>
          <w:tcPr>
            <w:tcW w:w="3429" w:type="dxa"/>
            <w:vAlign w:val="center"/>
          </w:tcPr>
          <w:p w14:paraId="10F9BF15" w14:textId="77777777" w:rsidR="005D216D" w:rsidRDefault="005D216D"/>
        </w:tc>
      </w:tr>
      <w:tr w:rsidR="005D216D" w14:paraId="055D88D4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02C096DD" w14:textId="77777777" w:rsidR="005D216D" w:rsidRDefault="00000000">
            <w:r>
              <w:t>9</w:t>
            </w:r>
          </w:p>
        </w:tc>
        <w:tc>
          <w:tcPr>
            <w:tcW w:w="3928" w:type="dxa"/>
            <w:vAlign w:val="center"/>
          </w:tcPr>
          <w:p w14:paraId="31683D54" w14:textId="77777777" w:rsidR="005D216D" w:rsidRDefault="00000000">
            <w:r>
              <w:t>Acuerdo de confidencialidad suscrito</w:t>
            </w:r>
          </w:p>
        </w:tc>
        <w:tc>
          <w:tcPr>
            <w:tcW w:w="891" w:type="dxa"/>
            <w:vAlign w:val="center"/>
          </w:tcPr>
          <w:p w14:paraId="07059D55" w14:textId="77777777" w:rsidR="005D216D" w:rsidRDefault="005D216D"/>
        </w:tc>
        <w:tc>
          <w:tcPr>
            <w:tcW w:w="3429" w:type="dxa"/>
            <w:vAlign w:val="center"/>
          </w:tcPr>
          <w:p w14:paraId="7D7179E0" w14:textId="77777777" w:rsidR="005D216D" w:rsidRDefault="005D216D"/>
        </w:tc>
      </w:tr>
      <w:tr w:rsidR="005D216D" w14:paraId="12FAEA96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7056E9A1" w14:textId="77777777" w:rsidR="005D216D" w:rsidRDefault="00000000">
            <w:r>
              <w:t>10</w:t>
            </w:r>
          </w:p>
        </w:tc>
        <w:tc>
          <w:tcPr>
            <w:tcW w:w="3928" w:type="dxa"/>
            <w:vAlign w:val="center"/>
          </w:tcPr>
          <w:p w14:paraId="514DC3AB" w14:textId="77777777" w:rsidR="005D216D" w:rsidRDefault="00000000">
            <w:r>
              <w:t>Bitácora de actividades</w:t>
            </w:r>
          </w:p>
        </w:tc>
        <w:tc>
          <w:tcPr>
            <w:tcW w:w="891" w:type="dxa"/>
            <w:vAlign w:val="center"/>
          </w:tcPr>
          <w:p w14:paraId="2F584C77" w14:textId="77777777" w:rsidR="005D216D" w:rsidRDefault="005D216D"/>
        </w:tc>
        <w:tc>
          <w:tcPr>
            <w:tcW w:w="3429" w:type="dxa"/>
            <w:vAlign w:val="center"/>
          </w:tcPr>
          <w:p w14:paraId="697A46CC" w14:textId="77777777" w:rsidR="005D216D" w:rsidRDefault="005D216D"/>
        </w:tc>
      </w:tr>
      <w:tr w:rsidR="005D216D" w14:paraId="4683F3F1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3F06343D" w14:textId="77777777" w:rsidR="005D216D" w:rsidRDefault="00000000">
            <w:r>
              <w:t>11</w:t>
            </w:r>
          </w:p>
        </w:tc>
        <w:tc>
          <w:tcPr>
            <w:tcW w:w="3928" w:type="dxa"/>
            <w:vAlign w:val="center"/>
          </w:tcPr>
          <w:p w14:paraId="6C0EE764" w14:textId="77777777" w:rsidR="005D216D" w:rsidRDefault="00000000">
            <w:r>
              <w:t>Reconocimiento económico (si aplica)</w:t>
            </w:r>
          </w:p>
        </w:tc>
        <w:tc>
          <w:tcPr>
            <w:tcW w:w="891" w:type="dxa"/>
            <w:vAlign w:val="center"/>
          </w:tcPr>
          <w:p w14:paraId="12CFE25D" w14:textId="77777777" w:rsidR="005D216D" w:rsidRDefault="005D216D"/>
        </w:tc>
        <w:tc>
          <w:tcPr>
            <w:tcW w:w="3429" w:type="dxa"/>
            <w:vAlign w:val="center"/>
          </w:tcPr>
          <w:p w14:paraId="4C2BC727" w14:textId="77777777" w:rsidR="005D216D" w:rsidRDefault="005D216D"/>
        </w:tc>
      </w:tr>
      <w:tr w:rsidR="005D216D" w14:paraId="5461082D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4F32370C" w14:textId="77777777" w:rsidR="005D216D" w:rsidRDefault="00000000">
            <w:r>
              <w:t>12</w:t>
            </w:r>
          </w:p>
        </w:tc>
        <w:tc>
          <w:tcPr>
            <w:tcW w:w="3928" w:type="dxa"/>
            <w:vAlign w:val="center"/>
          </w:tcPr>
          <w:p w14:paraId="5476A0AC" w14:textId="77777777" w:rsidR="005D216D" w:rsidRDefault="00000000">
            <w:r>
              <w:t>Actividades complementarias</w:t>
            </w:r>
          </w:p>
        </w:tc>
        <w:tc>
          <w:tcPr>
            <w:tcW w:w="891" w:type="dxa"/>
            <w:vAlign w:val="center"/>
          </w:tcPr>
          <w:p w14:paraId="65FED41A" w14:textId="77777777" w:rsidR="005D216D" w:rsidRDefault="005D216D"/>
        </w:tc>
        <w:tc>
          <w:tcPr>
            <w:tcW w:w="3429" w:type="dxa"/>
            <w:vAlign w:val="center"/>
          </w:tcPr>
          <w:p w14:paraId="7C1BDFAE" w14:textId="77777777" w:rsidR="005D216D" w:rsidRDefault="005D216D"/>
        </w:tc>
      </w:tr>
      <w:tr w:rsidR="005D216D" w14:paraId="387ABC49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29838AD4" w14:textId="77777777" w:rsidR="005D216D" w:rsidRDefault="00000000">
            <w:r>
              <w:t>13</w:t>
            </w:r>
          </w:p>
        </w:tc>
        <w:tc>
          <w:tcPr>
            <w:tcW w:w="3928" w:type="dxa"/>
            <w:vAlign w:val="center"/>
          </w:tcPr>
          <w:p w14:paraId="3671B0BF" w14:textId="77777777" w:rsidR="005D216D" w:rsidRDefault="00000000">
            <w:r>
              <w:t>Actividades no acordes al perfil (alerta)</w:t>
            </w:r>
          </w:p>
        </w:tc>
        <w:tc>
          <w:tcPr>
            <w:tcW w:w="891" w:type="dxa"/>
            <w:vAlign w:val="center"/>
          </w:tcPr>
          <w:p w14:paraId="42965F09" w14:textId="77777777" w:rsidR="005D216D" w:rsidRDefault="005D216D"/>
        </w:tc>
        <w:tc>
          <w:tcPr>
            <w:tcW w:w="3429" w:type="dxa"/>
            <w:vAlign w:val="center"/>
          </w:tcPr>
          <w:p w14:paraId="1DC8B955" w14:textId="77777777" w:rsidR="005D216D" w:rsidRDefault="005D216D"/>
        </w:tc>
      </w:tr>
      <w:tr w:rsidR="005D216D" w14:paraId="416BD79F" w14:textId="77777777" w:rsidTr="0092638D">
        <w:trPr>
          <w:trHeight w:val="516"/>
        </w:trPr>
        <w:tc>
          <w:tcPr>
            <w:tcW w:w="392" w:type="dxa"/>
            <w:vAlign w:val="center"/>
          </w:tcPr>
          <w:p w14:paraId="5795FE28" w14:textId="77777777" w:rsidR="005D216D" w:rsidRDefault="00000000">
            <w:r>
              <w:t>14</w:t>
            </w:r>
          </w:p>
        </w:tc>
        <w:tc>
          <w:tcPr>
            <w:tcW w:w="3928" w:type="dxa"/>
            <w:vAlign w:val="center"/>
          </w:tcPr>
          <w:p w14:paraId="304422DE" w14:textId="77777777" w:rsidR="005D216D" w:rsidRDefault="00000000">
            <w:r>
              <w:t>Conocimiento de convenio vigente</w:t>
            </w:r>
          </w:p>
        </w:tc>
        <w:tc>
          <w:tcPr>
            <w:tcW w:w="891" w:type="dxa"/>
            <w:vAlign w:val="center"/>
          </w:tcPr>
          <w:p w14:paraId="40FA6C6D" w14:textId="77777777" w:rsidR="005D216D" w:rsidRDefault="005D216D"/>
        </w:tc>
        <w:tc>
          <w:tcPr>
            <w:tcW w:w="3429" w:type="dxa"/>
            <w:vAlign w:val="center"/>
          </w:tcPr>
          <w:p w14:paraId="621E59E7" w14:textId="77777777" w:rsidR="005D216D" w:rsidRDefault="005D216D"/>
        </w:tc>
      </w:tr>
    </w:tbl>
    <w:p w14:paraId="613BCD65" w14:textId="77777777" w:rsidR="005D216D" w:rsidRDefault="00000000">
      <w:pPr>
        <w:pStyle w:val="Ttulo2"/>
      </w:pPr>
      <w:r>
        <w:lastRenderedPageBreak/>
        <w:t>6. Conclusiones y recomendaciones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6"/>
        <w:gridCol w:w="4314"/>
      </w:tblGrid>
      <w:tr w:rsidR="005D216D" w14:paraId="53128396" w14:textId="77777777" w:rsidTr="0092638D">
        <w:trPr>
          <w:trHeight w:val="1045"/>
        </w:trPr>
        <w:tc>
          <w:tcPr>
            <w:tcW w:w="4320" w:type="dxa"/>
          </w:tcPr>
          <w:p w14:paraId="4E438557" w14:textId="77777777" w:rsidR="005D216D" w:rsidRDefault="00000000">
            <w:proofErr w:type="spellStart"/>
            <w:r>
              <w:t>Conclusiones</w:t>
            </w:r>
            <w:proofErr w:type="spellEnd"/>
          </w:p>
        </w:tc>
        <w:tc>
          <w:tcPr>
            <w:tcW w:w="4320" w:type="dxa"/>
          </w:tcPr>
          <w:p w14:paraId="0F5F38CB" w14:textId="77777777" w:rsidR="005D216D" w:rsidRDefault="005D216D"/>
        </w:tc>
      </w:tr>
      <w:tr w:rsidR="005D216D" w14:paraId="72D8C92B" w14:textId="77777777" w:rsidTr="0092638D">
        <w:trPr>
          <w:trHeight w:val="988"/>
        </w:trPr>
        <w:tc>
          <w:tcPr>
            <w:tcW w:w="4320" w:type="dxa"/>
          </w:tcPr>
          <w:p w14:paraId="084EE20B" w14:textId="77777777" w:rsidR="005D216D" w:rsidRDefault="00000000">
            <w:r>
              <w:t>Recomendaciones</w:t>
            </w:r>
          </w:p>
        </w:tc>
        <w:tc>
          <w:tcPr>
            <w:tcW w:w="4320" w:type="dxa"/>
          </w:tcPr>
          <w:p w14:paraId="55427D96" w14:textId="77777777" w:rsidR="005D216D" w:rsidRDefault="005D216D"/>
        </w:tc>
      </w:tr>
    </w:tbl>
    <w:p w14:paraId="01AA631F" w14:textId="77777777" w:rsidR="005D216D" w:rsidRDefault="00000000">
      <w:pPr>
        <w:pStyle w:val="Ttulo2"/>
      </w:pPr>
      <w:r>
        <w:t>7. Observación jurídica</w:t>
      </w:r>
    </w:p>
    <w:p w14:paraId="00A95057" w14:textId="77777777" w:rsidR="005D216D" w:rsidRDefault="00000000">
      <w:r>
        <w:t>La presente visita técnica constituye un insumo de verificación y seguimiento y no genera obligaciones contractuales, laborales ni compromisos vinculantes.</w:t>
      </w:r>
    </w:p>
    <w:p w14:paraId="7A7BD64C" w14:textId="77777777" w:rsidR="005D216D" w:rsidRDefault="00000000">
      <w:pPr>
        <w:pStyle w:val="Ttulo2"/>
      </w:pPr>
      <w:r>
        <w:t>8. Firmas de responsabilidad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78"/>
        <w:gridCol w:w="2876"/>
        <w:gridCol w:w="2876"/>
      </w:tblGrid>
      <w:tr w:rsidR="005D216D" w14:paraId="4127E01A" w14:textId="77777777">
        <w:tc>
          <w:tcPr>
            <w:tcW w:w="2880" w:type="dxa"/>
          </w:tcPr>
          <w:p w14:paraId="7BD91763" w14:textId="77777777" w:rsidR="005D216D" w:rsidRDefault="00000000">
            <w:r>
              <w:t>Rol</w:t>
            </w:r>
          </w:p>
        </w:tc>
        <w:tc>
          <w:tcPr>
            <w:tcW w:w="2880" w:type="dxa"/>
          </w:tcPr>
          <w:p w14:paraId="526332D1" w14:textId="77777777" w:rsidR="005D216D" w:rsidRDefault="00000000">
            <w:r>
              <w:t>Nombre y cargo</w:t>
            </w:r>
          </w:p>
        </w:tc>
        <w:tc>
          <w:tcPr>
            <w:tcW w:w="2880" w:type="dxa"/>
          </w:tcPr>
          <w:p w14:paraId="42A14D86" w14:textId="77777777" w:rsidR="005D216D" w:rsidRDefault="00000000">
            <w:r>
              <w:t>Firma</w:t>
            </w:r>
          </w:p>
        </w:tc>
      </w:tr>
      <w:tr w:rsidR="005D216D" w14:paraId="7AFB8BBF" w14:textId="77777777" w:rsidTr="0092638D">
        <w:trPr>
          <w:trHeight w:val="1088"/>
        </w:trPr>
        <w:tc>
          <w:tcPr>
            <w:tcW w:w="2880" w:type="dxa"/>
          </w:tcPr>
          <w:p w14:paraId="31CD17CB" w14:textId="77777777" w:rsidR="005D216D" w:rsidRDefault="00000000">
            <w:r>
              <w:t>Rector/a del Instituto</w:t>
            </w:r>
          </w:p>
        </w:tc>
        <w:tc>
          <w:tcPr>
            <w:tcW w:w="2880" w:type="dxa"/>
          </w:tcPr>
          <w:p w14:paraId="24169220" w14:textId="77777777" w:rsidR="005D216D" w:rsidRDefault="005D216D"/>
        </w:tc>
        <w:tc>
          <w:tcPr>
            <w:tcW w:w="2880" w:type="dxa"/>
          </w:tcPr>
          <w:p w14:paraId="10F0A521" w14:textId="77777777" w:rsidR="005D216D" w:rsidRDefault="005D216D"/>
        </w:tc>
      </w:tr>
      <w:tr w:rsidR="005D216D" w14:paraId="2E1222FA" w14:textId="77777777" w:rsidTr="0092638D">
        <w:trPr>
          <w:trHeight w:val="1273"/>
        </w:trPr>
        <w:tc>
          <w:tcPr>
            <w:tcW w:w="2880" w:type="dxa"/>
          </w:tcPr>
          <w:p w14:paraId="1F2D1766" w14:textId="77777777" w:rsidR="005D216D" w:rsidRDefault="00000000">
            <w:proofErr w:type="spellStart"/>
            <w:r>
              <w:t>Coordinador</w:t>
            </w:r>
            <w:proofErr w:type="spellEnd"/>
            <w:r>
              <w:t>/a de Carrera o Vinculación</w:t>
            </w:r>
          </w:p>
        </w:tc>
        <w:tc>
          <w:tcPr>
            <w:tcW w:w="2880" w:type="dxa"/>
          </w:tcPr>
          <w:p w14:paraId="1FE76505" w14:textId="77777777" w:rsidR="005D216D" w:rsidRDefault="005D216D"/>
        </w:tc>
        <w:tc>
          <w:tcPr>
            <w:tcW w:w="2880" w:type="dxa"/>
          </w:tcPr>
          <w:p w14:paraId="0B1B36CE" w14:textId="77777777" w:rsidR="005D216D" w:rsidRDefault="005D216D"/>
        </w:tc>
      </w:tr>
      <w:tr w:rsidR="005D216D" w14:paraId="24C83055" w14:textId="77777777" w:rsidTr="0092638D">
        <w:trPr>
          <w:trHeight w:val="1121"/>
        </w:trPr>
        <w:tc>
          <w:tcPr>
            <w:tcW w:w="2880" w:type="dxa"/>
          </w:tcPr>
          <w:p w14:paraId="08D495C2" w14:textId="77777777" w:rsidR="005D216D" w:rsidRDefault="00000000">
            <w:r>
              <w:t xml:space="preserve">Tutor </w:t>
            </w:r>
            <w:proofErr w:type="spellStart"/>
            <w:r>
              <w:t>Académico</w:t>
            </w:r>
            <w:proofErr w:type="spellEnd"/>
          </w:p>
        </w:tc>
        <w:tc>
          <w:tcPr>
            <w:tcW w:w="2880" w:type="dxa"/>
          </w:tcPr>
          <w:p w14:paraId="5E81EB26" w14:textId="77777777" w:rsidR="005D216D" w:rsidRDefault="005D216D"/>
        </w:tc>
        <w:tc>
          <w:tcPr>
            <w:tcW w:w="2880" w:type="dxa"/>
          </w:tcPr>
          <w:p w14:paraId="3926E912" w14:textId="77777777" w:rsidR="005D216D" w:rsidRDefault="005D216D"/>
        </w:tc>
      </w:tr>
    </w:tbl>
    <w:p w14:paraId="2EF2E9B9" w14:textId="77777777" w:rsidR="00321CC4" w:rsidRDefault="00321CC4"/>
    <w:sectPr w:rsidR="00321CC4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0613F" w14:textId="77777777" w:rsidR="00321CC4" w:rsidRDefault="00321CC4" w:rsidP="0092638D">
      <w:pPr>
        <w:spacing w:after="0" w:line="240" w:lineRule="auto"/>
      </w:pPr>
      <w:r>
        <w:separator/>
      </w:r>
    </w:p>
  </w:endnote>
  <w:endnote w:type="continuationSeparator" w:id="0">
    <w:p w14:paraId="58FFE8C9" w14:textId="77777777" w:rsidR="00321CC4" w:rsidRDefault="00321CC4" w:rsidP="00926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E6AC0" w14:textId="77777777" w:rsidR="00321CC4" w:rsidRDefault="00321CC4" w:rsidP="0092638D">
      <w:pPr>
        <w:spacing w:after="0" w:line="240" w:lineRule="auto"/>
      </w:pPr>
      <w:r>
        <w:separator/>
      </w:r>
    </w:p>
  </w:footnote>
  <w:footnote w:type="continuationSeparator" w:id="0">
    <w:p w14:paraId="06A301B1" w14:textId="77777777" w:rsidR="00321CC4" w:rsidRDefault="00321CC4" w:rsidP="00926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8065" w14:textId="43B1102F" w:rsidR="0092638D" w:rsidRDefault="0092638D">
    <w:pPr>
      <w:pStyle w:val="Encabezado"/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7AC6B85B" wp14:editId="1BFBF482">
          <wp:simplePos x="0" y="0"/>
          <wp:positionH relativeFrom="column">
            <wp:posOffset>-1152525</wp:posOffset>
          </wp:positionH>
          <wp:positionV relativeFrom="page">
            <wp:posOffset>0</wp:posOffset>
          </wp:positionV>
          <wp:extent cx="7771381" cy="10039350"/>
          <wp:effectExtent l="0" t="0" r="1270" b="0"/>
          <wp:wrapNone/>
          <wp:docPr id="111546859" name="Imagen 1" descr="Imagen que contiene 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46859" name="Imagen 1" descr="Imagen que contiene 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267" cy="10040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80638439">
    <w:abstractNumId w:val="8"/>
  </w:num>
  <w:num w:numId="2" w16cid:durableId="748618821">
    <w:abstractNumId w:val="6"/>
  </w:num>
  <w:num w:numId="3" w16cid:durableId="734082016">
    <w:abstractNumId w:val="5"/>
  </w:num>
  <w:num w:numId="4" w16cid:durableId="1576236284">
    <w:abstractNumId w:val="4"/>
  </w:num>
  <w:num w:numId="5" w16cid:durableId="643435199">
    <w:abstractNumId w:val="7"/>
  </w:num>
  <w:num w:numId="6" w16cid:durableId="1629160078">
    <w:abstractNumId w:val="3"/>
  </w:num>
  <w:num w:numId="7" w16cid:durableId="118307141">
    <w:abstractNumId w:val="2"/>
  </w:num>
  <w:num w:numId="8" w16cid:durableId="60951306">
    <w:abstractNumId w:val="1"/>
  </w:num>
  <w:num w:numId="9" w16cid:durableId="2050375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1CC4"/>
    <w:rsid w:val="00326F90"/>
    <w:rsid w:val="005D216D"/>
    <w:rsid w:val="00695DDA"/>
    <w:rsid w:val="007D5FB1"/>
    <w:rsid w:val="0092638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4B3F1E"/>
  <w14:defaultImageDpi w14:val="300"/>
  <w15:docId w15:val="{92A22FEE-5D91-46B7-BB5A-3178AF82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364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DALY RODRIGUEZ</cp:lastModifiedBy>
  <cp:revision>2</cp:revision>
  <dcterms:created xsi:type="dcterms:W3CDTF">2026-02-11T14:39:00Z</dcterms:created>
  <dcterms:modified xsi:type="dcterms:W3CDTF">2026-02-11T14:39:00Z</dcterms:modified>
  <cp:category/>
</cp:coreProperties>
</file>